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872"/>
        <w:gridCol w:w="8640"/>
      </w:tblGrid>
      <w:tr>
        <w:tc>
          <w:tcPr>
            <w:tcW w:type="dxa" w:w="187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>
            <w:pPr>
              <w:spacing w:before="80" w:after="80"/>
              <w:jc w:val="center"/>
            </w:pPr>
            <w:r>
              <w:rPr>
                <w:b/>
                <w:color w:val="787878"/>
                <w:sz w:val="18"/>
              </w:rPr>
              <w:t>[ INSERT</w:t>
              <w:br/>
              <w:t>PHOTO</w:t>
              <w:br/>
              <w:t>HERE ]</w:t>
            </w:r>
          </w:p>
        </w:tc>
        <w:tc>
          <w:tcPr>
            <w:tcW w:type="dxa" w:w="8640"/>
          </w:tcPr>
          <w:p>
            <w:pPr>
              <w:spacing w:before="80" w:after="40"/>
              <w:ind w:left="288"/>
            </w:pPr>
            <w:r>
              <w:rPr>
                <w:rFonts w:ascii="Arial" w:hAnsi="Arial"/>
                <w:b/>
                <w:color w:val="0B5694"/>
                <w:sz w:val="40"/>
              </w:rPr>
              <w:t>JOHN DOE</w:t>
            </w:r>
          </w:p>
          <w:p>
            <w:pPr>
              <w:spacing w:before="0" w:after="0"/>
              <w:ind w:left="288"/>
            </w:pPr>
            <w:r>
              <w:rPr>
                <w:color w:val="505050"/>
                <w:sz w:val="24"/>
              </w:rPr>
              <w:t>Bachelor of Science in Information Technology</w:t>
              <w:br/>
              <w:t>Specialization in Web and Mobile Application</w:t>
            </w:r>
          </w:p>
        </w:tc>
      </w:tr>
    </w:tbl>
    <w:p>
      <w:pPr>
        <w:spacing w:before="80" w:after="160"/>
        <w:pBdr>
          <w:bottom w:val="single" w:sz="6" w:space="1" w:color="0B569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80"/>
        <w:gridCol w:w="4032"/>
      </w:tblGrid>
      <w:tr>
        <w:tc>
          <w:tcPr>
            <w:tcW w:type="dxa" w:w="6480"/>
          </w:tcPr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Contact Information</w:t>
            </w:r>
          </w:p>
          <w:p>
            <w:pPr>
              <w:spacing w:after="40"/>
            </w:pPr>
            <w:r>
              <w:rPr>
                <w:b/>
              </w:rPr>
              <w:t xml:space="preserve">Phone: </w:t>
            </w:r>
            <w:r>
              <w:t>09303044030</w:t>
            </w:r>
          </w:p>
          <w:p>
            <w:pPr>
              <w:spacing w:after="40"/>
            </w:pPr>
            <w:r>
              <w:rPr>
                <w:b/>
              </w:rPr>
              <w:t xml:space="preserve">Email: </w:t>
            </w:r>
            <w:r>
              <w:t>johndoe@emaildomain.com</w:t>
            </w:r>
          </w:p>
          <w:p>
            <w:pPr>
              <w:spacing w:after="120"/>
            </w:pPr>
            <w:r>
              <w:rPr>
                <w:b/>
              </w:rPr>
              <w:t xml:space="preserve">Address: </w:t>
            </w:r>
            <w:r>
              <w:t>Quezon City, Metro Manila, Philippines 1109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Education</w:t>
            </w:r>
          </w:p>
          <w:p>
            <w:pPr>
              <w:spacing w:after="40"/>
            </w:pPr>
            <w:r>
              <w:rPr>
                <w:b/>
              </w:rPr>
              <w:t>BS in Information Technology (WMA)</w:t>
            </w:r>
          </w:p>
          <w:p>
            <w:pPr>
              <w:spacing w:after="40"/>
            </w:pPr>
            <w:r>
              <w:rPr>
                <w:b/>
                <w:color w:val="505050"/>
              </w:rPr>
              <w:t>FEU Institute of Technology</w:t>
            </w:r>
          </w:p>
          <w:p>
            <w:pPr>
              <w:spacing w:after="40"/>
            </w:pPr>
            <w:r>
              <w:t>P. Paredes St., Sampaloc, Manila</w:t>
            </w:r>
          </w:p>
          <w:p>
            <w:pPr>
              <w:spacing w:after="120"/>
            </w:pPr>
            <w:r>
              <w:rPr>
                <w:i/>
              </w:rPr>
              <w:t>Expected Graduation – 2025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Work Experience</w:t>
            </w:r>
          </w:p>
          <w:p>
            <w:pPr>
              <w:spacing w:after="40"/>
            </w:pPr>
            <w:r>
              <w:rPr>
                <w:b/>
              </w:rPr>
              <w:t>Web Developer Intern</w:t>
            </w:r>
          </w:p>
          <w:p>
            <w:pPr>
              <w:spacing w:after="40"/>
            </w:pPr>
            <w:r>
              <w:rPr>
                <w:b/>
                <w:color w:val="505050"/>
              </w:rPr>
              <w:t>Tech Solutions Inc.</w:t>
            </w:r>
          </w:p>
          <w:p>
            <w:pPr>
              <w:spacing w:after="40"/>
            </w:pPr>
            <w:r>
              <w:rPr>
                <w:i/>
              </w:rPr>
              <w:t xml:space="preserve">June 2024 – August 2024 | </w:t>
            </w:r>
            <w:r>
              <w:t>Manila, Philippines</w:t>
            </w:r>
          </w:p>
          <w:p>
            <w:pPr>
              <w:pStyle w:val="ListBullet"/>
              <w:spacing w:after="40"/>
            </w:pPr>
            <w:r>
              <w:t>Developed responsive user interface components using Alpine.js and Tailwind CSS.</w:t>
            </w:r>
          </w:p>
          <w:p>
            <w:pPr>
              <w:pStyle w:val="ListBullet"/>
              <w:spacing w:after="120"/>
            </w:pPr>
            <w:r>
              <w:t>Collaborated with the backend engineering team to integrate RESTful API endpoints.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Key Skills / Proficiency</w:t>
            </w:r>
          </w:p>
          <w:p>
            <w:pPr>
              <w:spacing w:after="40"/>
            </w:pPr>
            <w:r>
              <w:rPr>
                <w:b/>
              </w:rPr>
              <w:t>Technical Skills:</w:t>
            </w:r>
          </w:p>
          <w:p>
            <w:pPr>
              <w:spacing w:after="20"/>
            </w:pPr>
            <w:r>
              <w:rPr>
                <w:b/>
              </w:rPr>
              <w:t xml:space="preserve">Programming Languages | </w:t>
            </w:r>
            <w:r>
              <w:t>HTML, JavaScript, Kotlin, PHP</w:t>
            </w:r>
          </w:p>
          <w:p>
            <w:pPr>
              <w:spacing w:after="20"/>
            </w:pPr>
            <w:r>
              <w:rPr>
                <w:b/>
              </w:rPr>
              <w:t xml:space="preserve">Databases &amp; Cloud | </w:t>
            </w:r>
            <w:r>
              <w:t>SQL, MySQL, Git, Azure</w:t>
            </w:r>
          </w:p>
          <w:p>
            <w:pPr>
              <w:spacing w:after="60"/>
            </w:pPr>
            <w:r>
              <w:t>UI/UX Design &amp; Prototyping (Figma)</w:t>
            </w:r>
          </w:p>
          <w:p>
            <w:pPr>
              <w:spacing w:after="40"/>
            </w:pPr>
            <w:r>
              <w:rPr>
                <w:b/>
              </w:rPr>
              <w:t>Soft Skills:</w:t>
            </w:r>
          </w:p>
          <w:p>
            <w:pPr>
              <w:spacing w:after="20"/>
            </w:pPr>
            <w:r>
              <w:t>Oral and written communication</w:t>
            </w:r>
          </w:p>
          <w:p>
            <w:pPr>
              <w:spacing w:after="120"/>
            </w:pPr>
            <w:r>
              <w:t>Teamwork &amp; Collaboration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Accomplished Projects</w:t>
            </w:r>
          </w:p>
          <w:p>
            <w:pPr>
              <w:pStyle w:val="ListBullet"/>
              <w:spacing w:after="0"/>
            </w:pPr>
            <w:r>
              <w:rPr>
                <w:b/>
              </w:rPr>
              <w:t>Auto-Axis</w:t>
            </w:r>
            <w:r>
              <w:t xml:space="preserve"> : A Web Auto Repair Shop Management System | </w:t>
            </w:r>
            <w:r>
              <w:rPr>
                <w:i/>
              </w:rPr>
              <w:t>Project Manager</w:t>
            </w:r>
          </w:p>
        </w:tc>
        <w:tc>
          <w:tcPr>
            <w:tcW w:type="dxa" w:w="4032"/>
          </w:tcPr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Awards</w:t>
            </w:r>
          </w:p>
          <w:p>
            <w:pPr>
              <w:spacing w:after="20"/>
            </w:pPr>
            <w:r>
              <w:t>Champion, IT Quiz Bee 2024</w:t>
            </w:r>
          </w:p>
          <w:p>
            <w:pPr>
              <w:spacing w:after="120"/>
            </w:pPr>
            <w:r>
              <w:t>Runner Up, HEALTHhack 2024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Certifications</w:t>
            </w:r>
          </w:p>
          <w:p>
            <w:pPr>
              <w:spacing w:after="20"/>
            </w:pPr>
            <w:r>
              <w:t>Autodesk® Certified User: Maya®</w:t>
            </w:r>
          </w:p>
          <w:p>
            <w:pPr>
              <w:spacing w:after="120"/>
            </w:pPr>
            <w:r>
              <w:t>Microsoft® Certified Professional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Organizations</w:t>
            </w:r>
          </w:p>
          <w:p>
            <w:pPr>
              <w:spacing w:after="20"/>
            </w:pPr>
            <w:r>
              <w:rPr>
                <w:b/>
              </w:rPr>
              <w:t>Treasurer</w:t>
            </w:r>
            <w:r>
              <w:t>, Theater Guild</w:t>
            </w:r>
          </w:p>
          <w:p>
            <w:pPr>
              <w:spacing w:after="120"/>
            </w:pPr>
            <w:r>
              <w:rPr>
                <w:b/>
              </w:rPr>
              <w:t>Member</w:t>
            </w:r>
            <w:r>
              <w:t>, Alliance of IT Students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Languages Spoken</w:t>
            </w:r>
          </w:p>
          <w:p>
            <w:pPr>
              <w:spacing w:after="20"/>
            </w:pPr>
            <w:r>
              <w:t>Filipino</w:t>
            </w:r>
          </w:p>
          <w:p>
            <w:pPr>
              <w:spacing w:after="120"/>
            </w:pPr>
            <w:r>
              <w:t>English</w:t>
            </w:r>
          </w:p>
          <w:p>
            <w:pPr>
              <w:keepNext/>
              <w:spacing w:before="160" w:after="60"/>
              <w:pBdr>
                <w:bottom w:val="single" w:sz="4" w:space="1" w:color="CCCCCC"/>
              </w:pBdr>
            </w:pPr>
            <w:r>
              <w:rPr>
                <w:b/>
                <w:color w:val="0B5694"/>
                <w:sz w:val="26"/>
              </w:rPr>
              <w:t>Other Interests</w:t>
            </w:r>
          </w:p>
          <w:p>
            <w:pPr>
              <w:spacing w:after="20"/>
            </w:pPr>
            <w:r>
              <w:t>Vlogging</w:t>
            </w:r>
          </w:p>
          <w:p>
            <w:pPr>
              <w:spacing w:after="0"/>
            </w:pPr>
            <w:r>
              <w:t>Digital Painting</w:t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